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החיים בישראל - הצעדים הראשונים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וביטויים חשובים לחיי היומיום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טקסטים קצרים על קופת חולים, רב-קו ואולפן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ודיבור בעברית קלה בנושאי קליטה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באפליקציה או בטלפון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כלליות, מכבי, מאוחדת ולאומית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גם ברכבת וברכבת הקלה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האולפן בחינם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מרקחת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מתקף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(רופא משפחה בודק אותנו ונותן מרשם)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(כרטיס לנסיעה באוטובוס וברכבת)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 ללמוד עברית בחינם)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(קונים שם תרופות)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של נסיעה באוטובוס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מחכים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 לאוטובוס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מצמידים את הכרטיס למתקף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לוחצים על הכפתור לפני התחנה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משפטים ברורים הכוללים לפחות סידור אחד ונימוק פשוט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לנסיעה באוטובוס וברכבת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ס-ד-ר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למגן דוד אדום, 101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להקשיב לטקסטים המקוריים לפני פתרון הדף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להתחיל בחלק ההתאמה וההשלמה לפני השאלות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שיחה קצרה בכיתה על חוויות אישיות הקשורות לנושאים (קופת חולים, אוטובוס, אולפן)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החיים בישראל - הצעדים הראשונים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נושאים מהחיים בישראל: קופת חולים, נסיעה באוטובוס, לימוד באולפן והמילה להסתדר. התרגילים מבוססים על הסיפורים שקראנו.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מתקף  ·  מרקחת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קופות חולים יש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קובעים תור לרופא?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באפליקציה או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בבית מרקחת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בישראל יש ארבע קופות חולים.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עם רב-קו אפשר לנסוע רק באוטובוס.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האולפן לעולים חדשים עולה הרבה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את התרופות קונים בבית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באוטובוס מצמידים את הכרטיס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קופת חולים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ללמוד עברית בחינם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רב-קו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רופא משפחה בודק אותנו ונותן מרשם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אולפן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קונים שם תרופות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בית מרקחת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כרטיס לנסיעה באוטובוס וברכבת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של נסיעה באוטובוס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עולים לאוטובוס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לוחצים על הכפתור לפני התחנה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מחכים בתחנה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מצמידים את הכרטיס למתקף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שניים-שלושה משפטים: איזה סידור חשוב (בנק, דואר, קופת חולים או אולפן) הייתם רוצים לעשות השבוע,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רב-קו?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השורש של המילה להסתדר?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החיים בישראל - הצעדים הראשונים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