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החיים בישראל - הצעדים הראשונים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וביטויים חשובים לחיי היומיום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טקסטים קצרים על קופת חולים, רב-קו ואולפן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ודיבור בעברית קלה בנושאי קליטה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באפליקציה או בטלפון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בבית מרקחת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למגן דוד אדום - 101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ראשון עד חמישי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כלליות, מכבי, מאוחדת ולאומית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גם ברכבת וברכבת הקלה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האולפן בחינם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הם מאתיופיה, מצרפת, מאוקראינה ומהודו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מהשורש הזה גם סדר ומסודר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המועדון בחינם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מרקחת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מתקף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ס-ד-ר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בחינם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5. 101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(רופא משפחה בודק אותנו ונותן מרשם)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(כרטיס לנסיעה באוטובוס וברכבת)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(מקום ללמוד עברית בחינם)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(קונים שם תרופות)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(מתקשרים אליו במקרה חירום)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של נסיעה באוטובוס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מחכים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עולים לאוטובוס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מצמידים את הכרטיס למתקף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לוחצים על הכפתור לפני התחנה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יורדים מהאוטובוס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משפטים ברורים הכוללים לפחות סידור אחד ונימוק פשוט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כרטיס לנסיעה באוטובוס וברכבת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ס-ד-ר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למגן דוד אדום, 101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להקשיב לטקסטים המקוריים לפני פתרון הדף כדי לחזק הבנת הנשמע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להתחיל בחלק ההתאמה וההשלמה לפני השאלות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שיחה קצרה בכיתה על חוויות אישיות הקשורות לנושאים (קופת חולים, אוטובוס, אולפן)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החיים בישראל - הצעדים הראשונים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תרגילים קלים על חיים בישראל: רופא, אוטובוס, אולפן. נקרא ונענה על שאלות.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קופת חולים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שדואג לבריאות שלנו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מרשם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פתק מהרופא לקניית תרופה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 מרקחת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שקונים בו תרופות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רב-קו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לנסיעה באוטובוס וברכבת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מתקף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מכשיר באוטובוס שמצמידים אליו את הכרטיס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אולפן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ללמוד 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להסתדר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למצוא דרך ולהצליח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סידורים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שצריך לעשות, כמו בנק או דואר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קופות חולים יש בארץ?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אפשר לפגוש רופא?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בדואר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באפליקציה או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בבית מרקחת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קונים תרופה?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בבית מרקחת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באולפן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למי מתקשרים כשיש בעיה גדולה?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לאולפן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למגן דוד אדום - 101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לומדים באולפן?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שישי ושבת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ראשון עד חמישי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יום בלי הפסקה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בישראל יש ארבע קופות חולים.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עם רב-קו אפשר לנסוע רק באוטובוס.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האולפן לעולים חדשים עולה הרבה כסף.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בכיתה של מריה יש תלמידים מכמה ארצות.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של המילה להסתדר הוא ס-ד-ר.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מועדון השיחה בספרייה עולה כסף.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את התרופות קונים בבית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באוטובוס מצמידים את הכרטיס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השורש של המילה להסתדר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האולפן לעולים חדשים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במקרה חירום מתקשרים למגן דוד אדום, מספר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קופת חולים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קונים שם תרופות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רב-קו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ללמוד עברית בחינם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אולפן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כרטיס לנסיעה באוטובוס וברכבת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בית מרקחת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מתקשרים אליו במקרה חירום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מגן דוד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רופא משפחה בודק אותנו ונותן מרשם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של נסיעה באוטובוס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יורדים מהאוטובוס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מחכים בתחנה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לאוטובוס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מצמידים את הכרטיס למתקף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הכפתור לפני התחנה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שניים-שלושה משפטים: איזה סידור חשוב (בנק, דואר, קופת חולים או אולפן) הייתם רוצים לעשות השבוע,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רב-קו?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השורש של המילה להסתדר?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מתקשרים במקרה חירום?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החיים בישראל - הצעדים הראשונים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