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חשובים לחיי היומיום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על קופת חולים, רב-קו ואולפן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בעברית קלה בנושאי קליטה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למגן דוד אדום - 101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ראשון עד חמישי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כלליות, מכבי, מאוחדת ולאומית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גם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האולפן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מאתיופיה, מצרפת, מאוקראינה ומהודו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מהשורש הזה גם סדר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המועדון בחינם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ס-ד-ר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(רופא משפחה בודק אותנו ונותן מרשם)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(כרטיס לנסיעה באוטובוס וברכבת)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ללמוד עברית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(קונים שם תרופות)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(מתקשרים אליו במקרה חירום)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נסיעה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מצמידים את הכרטיס למתקף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הכפתור לפני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מהאוטובוס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משפטים ברורים הכוללים לפחות סידור אחד ונימוק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לנסיעה באוטובוס וברכבת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ס-ד-ר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למגן דוד אדום,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להקשיב לטקסטים המקוריים לפני פתרון הדף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בחלק ההתאמה וההשלמה לפני 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בכיתה על חוויות אישיות הקשורות לנושאים (קופת חולים, אוטובוס, אולפן)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נושאים מהחיים בישראל: קופת חולים, נסיעה באוטובוס, לימוד באולפן והמילה להסתדר. התרגילים מבוססים על הסיפורים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קונים תרופות?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מתקשרים במקרה חירום?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למגן דוד אדום - 101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באילו ימים לומדים באולפן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שישי 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 עד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יום בלי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יש ארבע קופות חולים.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רב-קו אפשר לנסוע רק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האולפן לעולים חדשים עולה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של מריה יש תלמידים מכמה ארצות.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להסתדר הוא ס-ד-ר.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מועדון השיחה בספרייה עולה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באוטובוס מצמידים את הכרטיס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להסתדר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האולפן לעולים חדשים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במקרה חירום מתקשרים למגן דוד אדום, 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קופת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מתקשרים אליו במקרה חירום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רופא משפחה בודק אותנו ונותן מרשם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קונים שם 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 מרקחת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ללמוד עברית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מגן דוד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לנסיעה באוטובוס וברכבת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לפני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מצמידים את הכרטיס למתקף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שניים-שלושה משפטים: איזה סידור חשוב (בנק, דואר, קופת חולים או אולפן) הייתם רוצים לעשות השבוע,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רב-קו?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להסתדר?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מתקשרים במקרה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בישראל - הצעדים הראשונים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